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39F41" w14:textId="320E4723" w:rsidR="00F71646" w:rsidRDefault="00000000">
      <w:pPr>
        <w:pStyle w:val="Balk1"/>
        <w:jc w:val="center"/>
      </w:pPr>
      <w:r>
        <w:t>TOROS ÜNİVERSİTESİ</w:t>
      </w:r>
      <w:r>
        <w:br/>
        <w:t>Hemşirelik Bölümü</w:t>
      </w:r>
      <w:r>
        <w:br/>
        <w:t>Akran Yönderliği Programı</w:t>
      </w:r>
      <w:r w:rsidR="004B730B">
        <w:t xml:space="preserve"> </w:t>
      </w:r>
      <w:r>
        <w:t>Danışan Öğrenci Değerlendirme Formu</w:t>
      </w:r>
    </w:p>
    <w:p w14:paraId="6D565940" w14:textId="77777777" w:rsidR="004B730B" w:rsidRDefault="004B730B"/>
    <w:p w14:paraId="3641532F" w14:textId="68CBCBCD" w:rsidR="00F71646" w:rsidRDefault="00000000">
      <w:r>
        <w:t>Değerli Öğrencimiz,</w:t>
      </w:r>
      <w:r>
        <w:br/>
        <w:t>Bu form Akran Yönderliği Programının etkililiğini değerlendirmek amacıyla hazırlanmıştır. Verdiğiniz yanıtlar yalnızca programın geliştirilmesi amacıyla kullanılacak ve gizli tutulacaktır.</w:t>
      </w:r>
    </w:p>
    <w:p w14:paraId="0321125C" w14:textId="77777777" w:rsidR="00F71646" w:rsidRDefault="00000000">
      <w:r>
        <w:t>Sınıf: ______________________</w:t>
      </w:r>
    </w:p>
    <w:p w14:paraId="26CA168F" w14:textId="77777777" w:rsidR="00F71646" w:rsidRDefault="00000000">
      <w:r>
        <w:t>Program Dönemi: ______________________</w:t>
      </w:r>
    </w:p>
    <w:p w14:paraId="31D03C33" w14:textId="77777777" w:rsidR="00F71646" w:rsidRDefault="00000000">
      <w:pPr>
        <w:pStyle w:val="Balk2"/>
      </w:pPr>
      <w:r>
        <w:t>Aşağıdaki ifadeleri değerlendiriniz.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82"/>
        <w:gridCol w:w="1434"/>
        <w:gridCol w:w="1515"/>
        <w:gridCol w:w="1515"/>
        <w:gridCol w:w="1244"/>
        <w:gridCol w:w="1333"/>
        <w:gridCol w:w="1333"/>
      </w:tblGrid>
      <w:tr w:rsidR="00F71646" w14:paraId="0B7C91BD" w14:textId="77777777">
        <w:trPr>
          <w:jc w:val="center"/>
        </w:trPr>
        <w:tc>
          <w:tcPr>
            <w:tcW w:w="1234" w:type="dxa"/>
          </w:tcPr>
          <w:p w14:paraId="1CA24F9D" w14:textId="77777777" w:rsidR="00F71646" w:rsidRDefault="00000000">
            <w:r>
              <w:t>No</w:t>
            </w:r>
          </w:p>
        </w:tc>
        <w:tc>
          <w:tcPr>
            <w:tcW w:w="1234" w:type="dxa"/>
          </w:tcPr>
          <w:p w14:paraId="19D500C5" w14:textId="77777777" w:rsidR="00F71646" w:rsidRDefault="00000000">
            <w:r>
              <w:t>İfade</w:t>
            </w:r>
          </w:p>
        </w:tc>
        <w:tc>
          <w:tcPr>
            <w:tcW w:w="1234" w:type="dxa"/>
          </w:tcPr>
          <w:p w14:paraId="1B8B4B07" w14:textId="77777777" w:rsidR="00F71646" w:rsidRDefault="00000000">
            <w:r>
              <w:t>1</w:t>
            </w:r>
            <w:r>
              <w:br/>
              <w:t>Kesinlikle</w:t>
            </w:r>
            <w:r>
              <w:br/>
              <w:t>Katılmıyorum</w:t>
            </w:r>
          </w:p>
        </w:tc>
        <w:tc>
          <w:tcPr>
            <w:tcW w:w="1234" w:type="dxa"/>
          </w:tcPr>
          <w:p w14:paraId="49CA0DA1" w14:textId="77777777" w:rsidR="00F71646" w:rsidRDefault="00000000">
            <w:r>
              <w:t>2</w:t>
            </w:r>
            <w:r>
              <w:br/>
              <w:t>Katılmıyorum</w:t>
            </w:r>
          </w:p>
        </w:tc>
        <w:tc>
          <w:tcPr>
            <w:tcW w:w="1234" w:type="dxa"/>
          </w:tcPr>
          <w:p w14:paraId="6779BB45" w14:textId="77777777" w:rsidR="00F71646" w:rsidRDefault="00000000">
            <w:r>
              <w:t>3</w:t>
            </w:r>
            <w:r>
              <w:br/>
              <w:t>Kararsızım</w:t>
            </w:r>
          </w:p>
        </w:tc>
        <w:tc>
          <w:tcPr>
            <w:tcW w:w="1234" w:type="dxa"/>
          </w:tcPr>
          <w:p w14:paraId="4412217B" w14:textId="77777777" w:rsidR="00F71646" w:rsidRDefault="00000000">
            <w:r>
              <w:t>4</w:t>
            </w:r>
            <w:r>
              <w:br/>
              <w:t>Katılıyorum</w:t>
            </w:r>
          </w:p>
        </w:tc>
        <w:tc>
          <w:tcPr>
            <w:tcW w:w="1234" w:type="dxa"/>
          </w:tcPr>
          <w:p w14:paraId="069B363E" w14:textId="77777777" w:rsidR="00F71646" w:rsidRDefault="00000000">
            <w:r>
              <w:t>5</w:t>
            </w:r>
            <w:r>
              <w:br/>
              <w:t>Kesinlikle</w:t>
            </w:r>
            <w:r>
              <w:br/>
              <w:t>Katılıyorum</w:t>
            </w:r>
          </w:p>
        </w:tc>
      </w:tr>
      <w:tr w:rsidR="00F71646" w14:paraId="7D51E61E" w14:textId="77777777">
        <w:trPr>
          <w:jc w:val="center"/>
        </w:trPr>
        <w:tc>
          <w:tcPr>
            <w:tcW w:w="1234" w:type="dxa"/>
          </w:tcPr>
          <w:p w14:paraId="44EFAF64" w14:textId="77777777" w:rsidR="00F71646" w:rsidRDefault="00000000">
            <w:r>
              <w:t>1</w:t>
            </w:r>
          </w:p>
        </w:tc>
        <w:tc>
          <w:tcPr>
            <w:tcW w:w="1234" w:type="dxa"/>
          </w:tcPr>
          <w:p w14:paraId="3A285DDB" w14:textId="77777777" w:rsidR="00F71646" w:rsidRDefault="00000000">
            <w:r>
              <w:t>Yönder öğrencim ihtiyaç duyduğum konularda bana destek oldu.</w:t>
            </w:r>
          </w:p>
        </w:tc>
        <w:tc>
          <w:tcPr>
            <w:tcW w:w="1234" w:type="dxa"/>
          </w:tcPr>
          <w:p w14:paraId="39A55BD2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17C06926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4B8E92D2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37A36F16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13E96EF2" w14:textId="77777777" w:rsidR="00F71646" w:rsidRDefault="00000000">
            <w:r>
              <w:t>☐</w:t>
            </w:r>
          </w:p>
        </w:tc>
      </w:tr>
      <w:tr w:rsidR="00F71646" w14:paraId="3BBF4503" w14:textId="77777777">
        <w:trPr>
          <w:jc w:val="center"/>
        </w:trPr>
        <w:tc>
          <w:tcPr>
            <w:tcW w:w="1234" w:type="dxa"/>
          </w:tcPr>
          <w:p w14:paraId="49F6138B" w14:textId="77777777" w:rsidR="00F71646" w:rsidRDefault="00000000">
            <w:r>
              <w:t>2</w:t>
            </w:r>
          </w:p>
        </w:tc>
        <w:tc>
          <w:tcPr>
            <w:tcW w:w="1234" w:type="dxa"/>
          </w:tcPr>
          <w:p w14:paraId="0058A513" w14:textId="77777777" w:rsidR="00F71646" w:rsidRDefault="00000000">
            <w:r>
              <w:t>Yönder öğrencime gerektiğinde kolaylıkla ulaşabildim.</w:t>
            </w:r>
          </w:p>
        </w:tc>
        <w:tc>
          <w:tcPr>
            <w:tcW w:w="1234" w:type="dxa"/>
          </w:tcPr>
          <w:p w14:paraId="63C17AC1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108F2871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5F0F2F3F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64946691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2C2FAAFC" w14:textId="77777777" w:rsidR="00F71646" w:rsidRDefault="00000000">
            <w:r>
              <w:t>☐</w:t>
            </w:r>
          </w:p>
        </w:tc>
      </w:tr>
      <w:tr w:rsidR="00F71646" w14:paraId="192C3FE0" w14:textId="77777777">
        <w:trPr>
          <w:jc w:val="center"/>
        </w:trPr>
        <w:tc>
          <w:tcPr>
            <w:tcW w:w="1234" w:type="dxa"/>
          </w:tcPr>
          <w:p w14:paraId="33C75829" w14:textId="77777777" w:rsidR="00F71646" w:rsidRDefault="00000000">
            <w:r>
              <w:t>3</w:t>
            </w:r>
          </w:p>
        </w:tc>
        <w:tc>
          <w:tcPr>
            <w:tcW w:w="1234" w:type="dxa"/>
          </w:tcPr>
          <w:p w14:paraId="018DEF18" w14:textId="77777777" w:rsidR="00F71646" w:rsidRDefault="00000000">
            <w:r>
              <w:t>Program üniversiteye uyum sağlamamı kolaylaştırdı.</w:t>
            </w:r>
          </w:p>
        </w:tc>
        <w:tc>
          <w:tcPr>
            <w:tcW w:w="1234" w:type="dxa"/>
          </w:tcPr>
          <w:p w14:paraId="3D1A2929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2FA9E1A3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2342040E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36A25EC2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0E1A11DF" w14:textId="77777777" w:rsidR="00F71646" w:rsidRDefault="00000000">
            <w:r>
              <w:t>☐</w:t>
            </w:r>
          </w:p>
        </w:tc>
      </w:tr>
      <w:tr w:rsidR="00F71646" w14:paraId="43CD9373" w14:textId="77777777">
        <w:trPr>
          <w:jc w:val="center"/>
        </w:trPr>
        <w:tc>
          <w:tcPr>
            <w:tcW w:w="1234" w:type="dxa"/>
          </w:tcPr>
          <w:p w14:paraId="519B4020" w14:textId="77777777" w:rsidR="00F71646" w:rsidRDefault="00000000">
            <w:r>
              <w:t>4</w:t>
            </w:r>
          </w:p>
        </w:tc>
        <w:tc>
          <w:tcPr>
            <w:tcW w:w="1234" w:type="dxa"/>
          </w:tcPr>
          <w:p w14:paraId="4BF7FDF7" w14:textId="77777777" w:rsidR="00F71646" w:rsidRDefault="00000000">
            <w:r>
              <w:t>Program sayesinde bölüm ve üniversite olanaklarını daha iyi tanıdım.</w:t>
            </w:r>
          </w:p>
        </w:tc>
        <w:tc>
          <w:tcPr>
            <w:tcW w:w="1234" w:type="dxa"/>
          </w:tcPr>
          <w:p w14:paraId="03D6CD9E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629AD48D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68D9213A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6CDC9F82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66E03E94" w14:textId="77777777" w:rsidR="00F71646" w:rsidRDefault="00000000">
            <w:r>
              <w:t>☐</w:t>
            </w:r>
          </w:p>
        </w:tc>
      </w:tr>
      <w:tr w:rsidR="00F71646" w14:paraId="6DFC9F22" w14:textId="77777777">
        <w:trPr>
          <w:jc w:val="center"/>
        </w:trPr>
        <w:tc>
          <w:tcPr>
            <w:tcW w:w="1234" w:type="dxa"/>
          </w:tcPr>
          <w:p w14:paraId="409E7AE5" w14:textId="77777777" w:rsidR="00F71646" w:rsidRDefault="00000000">
            <w:r>
              <w:t>5</w:t>
            </w:r>
          </w:p>
        </w:tc>
        <w:tc>
          <w:tcPr>
            <w:tcW w:w="1234" w:type="dxa"/>
          </w:tcPr>
          <w:p w14:paraId="1ADD6E0C" w14:textId="77777777" w:rsidR="00F71646" w:rsidRDefault="00000000">
            <w:r>
              <w:t xml:space="preserve">Program </w:t>
            </w:r>
            <w:r>
              <w:lastRenderedPageBreak/>
              <w:t>akademik süreçlere uyum sağlamama katkı sağladı.</w:t>
            </w:r>
          </w:p>
        </w:tc>
        <w:tc>
          <w:tcPr>
            <w:tcW w:w="1234" w:type="dxa"/>
          </w:tcPr>
          <w:p w14:paraId="3BD38772" w14:textId="77777777" w:rsidR="00F71646" w:rsidRDefault="00000000">
            <w:r>
              <w:lastRenderedPageBreak/>
              <w:t>☐</w:t>
            </w:r>
          </w:p>
        </w:tc>
        <w:tc>
          <w:tcPr>
            <w:tcW w:w="1234" w:type="dxa"/>
          </w:tcPr>
          <w:p w14:paraId="3CFFE606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40284434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63CD586E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57C6501F" w14:textId="77777777" w:rsidR="00F71646" w:rsidRDefault="00000000">
            <w:r>
              <w:t>☐</w:t>
            </w:r>
          </w:p>
        </w:tc>
      </w:tr>
      <w:tr w:rsidR="00F71646" w14:paraId="7650CC82" w14:textId="77777777">
        <w:trPr>
          <w:jc w:val="center"/>
        </w:trPr>
        <w:tc>
          <w:tcPr>
            <w:tcW w:w="1234" w:type="dxa"/>
          </w:tcPr>
          <w:p w14:paraId="0F71CE72" w14:textId="77777777" w:rsidR="00F71646" w:rsidRDefault="00000000">
            <w:r>
              <w:t>6</w:t>
            </w:r>
          </w:p>
        </w:tc>
        <w:tc>
          <w:tcPr>
            <w:tcW w:w="1234" w:type="dxa"/>
          </w:tcPr>
          <w:p w14:paraId="1C099EE4" w14:textId="77777777" w:rsidR="00F71646" w:rsidRDefault="00000000">
            <w:r>
              <w:t>Yönder öğrencim benim için olumlu bir rol model oldu.</w:t>
            </w:r>
          </w:p>
        </w:tc>
        <w:tc>
          <w:tcPr>
            <w:tcW w:w="1234" w:type="dxa"/>
          </w:tcPr>
          <w:p w14:paraId="38216280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73CCA1E3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0C6B760F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119CC2D7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45EB7E15" w14:textId="77777777" w:rsidR="00F71646" w:rsidRDefault="00000000">
            <w:r>
              <w:t>☐</w:t>
            </w:r>
          </w:p>
        </w:tc>
      </w:tr>
      <w:tr w:rsidR="00F71646" w14:paraId="1E4B75C3" w14:textId="77777777">
        <w:trPr>
          <w:jc w:val="center"/>
        </w:trPr>
        <w:tc>
          <w:tcPr>
            <w:tcW w:w="1234" w:type="dxa"/>
          </w:tcPr>
          <w:p w14:paraId="14C2921D" w14:textId="77777777" w:rsidR="00F71646" w:rsidRDefault="00000000">
            <w:r>
              <w:t>7</w:t>
            </w:r>
          </w:p>
        </w:tc>
        <w:tc>
          <w:tcPr>
            <w:tcW w:w="1234" w:type="dxa"/>
          </w:tcPr>
          <w:p w14:paraId="076C11D2" w14:textId="77777777" w:rsidR="00F71646" w:rsidRDefault="00000000">
            <w:r>
              <w:t>Programdan genel olarak memnun kaldım.</w:t>
            </w:r>
          </w:p>
        </w:tc>
        <w:tc>
          <w:tcPr>
            <w:tcW w:w="1234" w:type="dxa"/>
          </w:tcPr>
          <w:p w14:paraId="57F44A01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51C7E25A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7C43764D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431E5F7C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7F41E718" w14:textId="77777777" w:rsidR="00F71646" w:rsidRDefault="00000000">
            <w:r>
              <w:t>☐</w:t>
            </w:r>
          </w:p>
        </w:tc>
      </w:tr>
      <w:tr w:rsidR="00F71646" w14:paraId="440E6546" w14:textId="77777777">
        <w:trPr>
          <w:jc w:val="center"/>
        </w:trPr>
        <w:tc>
          <w:tcPr>
            <w:tcW w:w="1234" w:type="dxa"/>
          </w:tcPr>
          <w:p w14:paraId="4FF17EFF" w14:textId="77777777" w:rsidR="00F71646" w:rsidRDefault="00000000">
            <w:r>
              <w:t>8</w:t>
            </w:r>
          </w:p>
        </w:tc>
        <w:tc>
          <w:tcPr>
            <w:tcW w:w="1234" w:type="dxa"/>
          </w:tcPr>
          <w:p w14:paraId="7EA1EF93" w14:textId="77777777" w:rsidR="00F71646" w:rsidRDefault="00000000">
            <w:r>
              <w:t>Bu programı yeni başlayacak öğrencilere öneririm.</w:t>
            </w:r>
          </w:p>
        </w:tc>
        <w:tc>
          <w:tcPr>
            <w:tcW w:w="1234" w:type="dxa"/>
          </w:tcPr>
          <w:p w14:paraId="2570CCAC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7368961B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0E538FC9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36BFBCCE" w14:textId="77777777" w:rsidR="00F71646" w:rsidRDefault="00000000">
            <w:r>
              <w:t>☐</w:t>
            </w:r>
          </w:p>
        </w:tc>
        <w:tc>
          <w:tcPr>
            <w:tcW w:w="1234" w:type="dxa"/>
          </w:tcPr>
          <w:p w14:paraId="74BAF9CF" w14:textId="77777777" w:rsidR="00F71646" w:rsidRDefault="00000000">
            <w:r>
              <w:t>☐</w:t>
            </w:r>
          </w:p>
        </w:tc>
      </w:tr>
    </w:tbl>
    <w:p w14:paraId="774FF7A2" w14:textId="77777777" w:rsidR="00F71646" w:rsidRDefault="00000000">
      <w:pPr>
        <w:pStyle w:val="Balk2"/>
      </w:pPr>
      <w:r>
        <w:t>9. Programın size en fazla katkı sağladığı alan hangisidir? (Birden fazla işaretleyebilirsiniz.)</w:t>
      </w:r>
    </w:p>
    <w:p w14:paraId="51DBED73" w14:textId="77777777" w:rsidR="00F71646" w:rsidRDefault="00000000">
      <w:r>
        <w:t>☐ Üniversiteye uyum</w:t>
      </w:r>
    </w:p>
    <w:p w14:paraId="7D312852" w14:textId="77777777" w:rsidR="00F71646" w:rsidRDefault="00000000">
      <w:r>
        <w:t>☐ Bölümü tanıma</w:t>
      </w:r>
    </w:p>
    <w:p w14:paraId="61E4BFEF" w14:textId="77777777" w:rsidR="00F71646" w:rsidRDefault="00000000">
      <w:r>
        <w:t>☐ Akademik destek</w:t>
      </w:r>
    </w:p>
    <w:p w14:paraId="1FA40E44" w14:textId="77777777" w:rsidR="00F71646" w:rsidRDefault="00000000">
      <w:r>
        <w:t>☐ Sosyal uyum</w:t>
      </w:r>
    </w:p>
    <w:p w14:paraId="73C40364" w14:textId="77777777" w:rsidR="00F71646" w:rsidRDefault="00000000">
      <w:r>
        <w:t>☐ İletişim</w:t>
      </w:r>
    </w:p>
    <w:p w14:paraId="41C3187A" w14:textId="77777777" w:rsidR="00F71646" w:rsidRDefault="00000000">
      <w:r>
        <w:t>☐ Motivasyon</w:t>
      </w:r>
    </w:p>
    <w:p w14:paraId="748ED19D" w14:textId="77777777" w:rsidR="00F71646" w:rsidRDefault="00000000">
      <w:r>
        <w:t>☐ Diğer: ____________</w:t>
      </w:r>
    </w:p>
    <w:p w14:paraId="260C7750" w14:textId="77777777" w:rsidR="00F71646" w:rsidRDefault="00000000">
      <w:pPr>
        <w:pStyle w:val="Balk2"/>
      </w:pPr>
      <w:r>
        <w:t>10. Programın geliştirilmesi için öneriniz nedir?</w:t>
      </w:r>
    </w:p>
    <w:p w14:paraId="4749F488" w14:textId="77777777" w:rsidR="00F71646" w:rsidRDefault="00000000">
      <w:r>
        <w:t>__________________________________________________________________________________________</w:t>
      </w:r>
    </w:p>
    <w:p w14:paraId="7B36CF48" w14:textId="77777777" w:rsidR="00F71646" w:rsidRDefault="00000000">
      <w:r>
        <w:t>__________________________________________________________________________________________</w:t>
      </w:r>
    </w:p>
    <w:p w14:paraId="00BB011C" w14:textId="77777777" w:rsidR="00F71646" w:rsidRDefault="00000000">
      <w:r>
        <w:t>__________________________________________________________________________________________</w:t>
      </w:r>
    </w:p>
    <w:sectPr w:rsidR="00F7164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6124431">
    <w:abstractNumId w:val="8"/>
  </w:num>
  <w:num w:numId="2" w16cid:durableId="1423408369">
    <w:abstractNumId w:val="6"/>
  </w:num>
  <w:num w:numId="3" w16cid:durableId="651564191">
    <w:abstractNumId w:val="5"/>
  </w:num>
  <w:num w:numId="4" w16cid:durableId="843514880">
    <w:abstractNumId w:val="4"/>
  </w:num>
  <w:num w:numId="5" w16cid:durableId="2008243331">
    <w:abstractNumId w:val="7"/>
  </w:num>
  <w:num w:numId="6" w16cid:durableId="846595101">
    <w:abstractNumId w:val="3"/>
  </w:num>
  <w:num w:numId="7" w16cid:durableId="1356691962">
    <w:abstractNumId w:val="2"/>
  </w:num>
  <w:num w:numId="8" w16cid:durableId="592520106">
    <w:abstractNumId w:val="1"/>
  </w:num>
  <w:num w:numId="9" w16cid:durableId="159562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730B"/>
    <w:rsid w:val="00AA1D8D"/>
    <w:rsid w:val="00B47730"/>
    <w:rsid w:val="00CB0664"/>
    <w:rsid w:val="00D231ED"/>
    <w:rsid w:val="00D85CF8"/>
    <w:rsid w:val="00F716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CC7A5"/>
  <w14:defaultImageDpi w14:val="300"/>
  <w15:docId w15:val="{35D0A447-8EFF-4B0E-8B1E-B625079E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Didem POLAT KÜLCÜ</cp:lastModifiedBy>
  <cp:revision>3</cp:revision>
  <dcterms:created xsi:type="dcterms:W3CDTF">2026-07-17T08:18:00Z</dcterms:created>
  <dcterms:modified xsi:type="dcterms:W3CDTF">2026-07-17T08:23:00Z</dcterms:modified>
  <cp:category/>
</cp:coreProperties>
</file>